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58619" w14:textId="670717CA" w:rsidR="004F07F2" w:rsidRPr="00751E87" w:rsidRDefault="00000000" w:rsidP="00751E87">
      <w:pPr>
        <w:spacing w:before="240" w:after="240"/>
        <w:jc w:val="center"/>
        <w:rPr>
          <w:b/>
          <w:color w:val="003366"/>
          <w:sz w:val="28"/>
          <w:szCs w:val="28"/>
        </w:rPr>
      </w:pPr>
      <w:r w:rsidRPr="00751E87">
        <w:rPr>
          <w:b/>
          <w:color w:val="003366"/>
          <w:sz w:val="28"/>
          <w:szCs w:val="28"/>
        </w:rPr>
        <w:t>ALLEGATO A – DOMANDA DI PARTECIPAZIONE PERSONALE ATA</w:t>
      </w:r>
      <w:r w:rsidRPr="00751E87">
        <w:rPr>
          <w:b/>
          <w:color w:val="003366"/>
          <w:sz w:val="28"/>
          <w:szCs w:val="28"/>
        </w:rPr>
        <w:br/>
        <w:t xml:space="preserve">PROGETTO </w:t>
      </w:r>
      <w:r w:rsidR="00751E87" w:rsidRPr="00751E87">
        <w:rPr>
          <w:b/>
          <w:color w:val="003366"/>
          <w:sz w:val="28"/>
          <w:szCs w:val="28"/>
        </w:rPr>
        <w:t xml:space="preserve"> “Piano Estate 2026-26: Orizzonti creativi” codice ESO4.6.A4.A-FSEPN-SI-2026-1201 CUP G24D26002820007</w:t>
      </w:r>
    </w:p>
    <w:p w14:paraId="28C925FF" w14:textId="77777777" w:rsidR="007721AC" w:rsidRDefault="007721AC">
      <w:pPr>
        <w:jc w:val="right"/>
        <w:rPr>
          <w:b/>
          <w:sz w:val="28"/>
          <w:szCs w:val="28"/>
        </w:rPr>
      </w:pPr>
    </w:p>
    <w:p w14:paraId="2D0F7342" w14:textId="77777777" w:rsidR="007721AC" w:rsidRDefault="007721AC">
      <w:pPr>
        <w:jc w:val="right"/>
        <w:rPr>
          <w:b/>
          <w:sz w:val="28"/>
          <w:szCs w:val="28"/>
        </w:rPr>
      </w:pPr>
    </w:p>
    <w:p w14:paraId="6F5E25D1" w14:textId="47C35E8F" w:rsidR="00372719" w:rsidRPr="007721AC" w:rsidRDefault="00000000">
      <w:pPr>
        <w:jc w:val="right"/>
        <w:rPr>
          <w:sz w:val="28"/>
          <w:szCs w:val="28"/>
        </w:rPr>
      </w:pPr>
      <w:r w:rsidRPr="007721AC">
        <w:rPr>
          <w:b/>
          <w:sz w:val="28"/>
          <w:szCs w:val="28"/>
        </w:rPr>
        <w:t>Al Dirigente Scolastico</w:t>
      </w:r>
      <w:r w:rsidRPr="007721AC">
        <w:rPr>
          <w:b/>
          <w:sz w:val="28"/>
          <w:szCs w:val="28"/>
        </w:rPr>
        <w:br/>
        <w:t>I.C.S. "Don Lorenzo Milani"</w:t>
      </w:r>
      <w:r w:rsidRPr="007721AC">
        <w:rPr>
          <w:b/>
          <w:sz w:val="28"/>
          <w:szCs w:val="28"/>
        </w:rPr>
        <w:br/>
        <w:t>Via F. De Roberto, 2 - 95045 Misterbianco (CT)</w:t>
      </w:r>
    </w:p>
    <w:p w14:paraId="2DD54AC2" w14:textId="77777777" w:rsidR="0079616C" w:rsidRDefault="0079616C" w:rsidP="0079616C">
      <w:pPr>
        <w:spacing w:after="0" w:line="600" w:lineRule="auto"/>
        <w:rPr>
          <w:sz w:val="24"/>
          <w:szCs w:val="24"/>
        </w:rPr>
      </w:pPr>
    </w:p>
    <w:p w14:paraId="09DDC228" w14:textId="4BB65B31" w:rsidR="00372719" w:rsidRDefault="00000000" w:rsidP="0079616C">
      <w:pPr>
        <w:spacing w:after="0" w:line="600" w:lineRule="auto"/>
        <w:rPr>
          <w:sz w:val="24"/>
          <w:szCs w:val="24"/>
        </w:rPr>
      </w:pPr>
      <w:r w:rsidRPr="00395EA5">
        <w:rPr>
          <w:sz w:val="24"/>
          <w:szCs w:val="24"/>
        </w:rPr>
        <w:t>Il/La sottoscritto/a _________________________________________</w:t>
      </w:r>
      <w:r w:rsidR="00395EA5">
        <w:rPr>
          <w:sz w:val="24"/>
          <w:szCs w:val="24"/>
        </w:rPr>
        <w:t>_________________</w:t>
      </w:r>
      <w:r w:rsidRPr="00395EA5">
        <w:rPr>
          <w:sz w:val="24"/>
          <w:szCs w:val="24"/>
        </w:rPr>
        <w:t>________________________</w:t>
      </w:r>
      <w:r w:rsidRPr="00395EA5">
        <w:rPr>
          <w:sz w:val="24"/>
          <w:szCs w:val="24"/>
        </w:rPr>
        <w:br/>
        <w:t>Nato/a a ___________________________</w:t>
      </w:r>
      <w:r w:rsidR="00395EA5">
        <w:rPr>
          <w:sz w:val="24"/>
          <w:szCs w:val="24"/>
        </w:rPr>
        <w:t>__________________________</w:t>
      </w:r>
      <w:r w:rsidRPr="00395EA5">
        <w:rPr>
          <w:sz w:val="24"/>
          <w:szCs w:val="24"/>
        </w:rPr>
        <w:t>_____________ (____) il ____/____/________</w:t>
      </w:r>
      <w:r w:rsidRPr="00395EA5">
        <w:rPr>
          <w:sz w:val="24"/>
          <w:szCs w:val="24"/>
        </w:rPr>
        <w:br/>
        <w:t>Residente a _______________</w:t>
      </w:r>
      <w:r w:rsidR="00395EA5">
        <w:rPr>
          <w:sz w:val="24"/>
          <w:szCs w:val="24"/>
        </w:rPr>
        <w:t>_____</w:t>
      </w:r>
      <w:r w:rsidRPr="00395EA5">
        <w:rPr>
          <w:sz w:val="24"/>
          <w:szCs w:val="24"/>
        </w:rPr>
        <w:t>______________________ (____) Via/Piazza _____________________________ n. ___</w:t>
      </w:r>
      <w:r w:rsidR="00395EA5">
        <w:rPr>
          <w:sz w:val="24"/>
          <w:szCs w:val="24"/>
        </w:rPr>
        <w:t>__</w:t>
      </w:r>
      <w:r w:rsidRPr="00395EA5">
        <w:rPr>
          <w:sz w:val="24"/>
          <w:szCs w:val="24"/>
        </w:rPr>
        <w:t>_</w:t>
      </w:r>
      <w:r w:rsidR="00395EA5">
        <w:rPr>
          <w:sz w:val="24"/>
          <w:szCs w:val="24"/>
        </w:rPr>
        <w:t xml:space="preserve"> </w:t>
      </w:r>
      <w:r w:rsidRPr="00395EA5">
        <w:rPr>
          <w:sz w:val="24"/>
          <w:szCs w:val="24"/>
        </w:rPr>
        <w:t>Codice Fiscale ___________</w:t>
      </w:r>
      <w:r w:rsidR="00395EA5">
        <w:rPr>
          <w:sz w:val="24"/>
          <w:szCs w:val="24"/>
        </w:rPr>
        <w:t>______</w:t>
      </w:r>
      <w:r w:rsidRPr="00395EA5">
        <w:rPr>
          <w:sz w:val="24"/>
          <w:szCs w:val="24"/>
        </w:rPr>
        <w:t>_______________________ Tel/Cell_____________________________</w:t>
      </w:r>
      <w:r w:rsidRPr="00395EA5">
        <w:rPr>
          <w:sz w:val="24"/>
          <w:szCs w:val="24"/>
        </w:rPr>
        <w:br/>
        <w:t>E-mail __________________________________________ PEC ____________</w:t>
      </w:r>
      <w:r w:rsidR="00395EA5">
        <w:rPr>
          <w:sz w:val="24"/>
          <w:szCs w:val="24"/>
        </w:rPr>
        <w:t>________</w:t>
      </w:r>
      <w:r w:rsidRPr="00395EA5">
        <w:rPr>
          <w:sz w:val="24"/>
          <w:szCs w:val="24"/>
        </w:rPr>
        <w:t>_____________________________</w:t>
      </w:r>
      <w:r>
        <w:rPr>
          <w:sz w:val="20"/>
        </w:rPr>
        <w:br/>
      </w:r>
      <w:r w:rsidRPr="00395EA5">
        <w:rPr>
          <w:sz w:val="24"/>
          <w:szCs w:val="24"/>
        </w:rPr>
        <w:t xml:space="preserve">In qualità di Collaboratore Scolastico </w:t>
      </w:r>
    </w:p>
    <w:p w14:paraId="708E50BB" w14:textId="77777777" w:rsidR="007721AC" w:rsidRDefault="007721AC" w:rsidP="007721AC">
      <w:pPr>
        <w:spacing w:after="0" w:line="480" w:lineRule="auto"/>
        <w:rPr>
          <w:sz w:val="24"/>
          <w:szCs w:val="24"/>
        </w:rPr>
      </w:pPr>
    </w:p>
    <w:p w14:paraId="587B38E1" w14:textId="77777777" w:rsidR="0079616C" w:rsidRDefault="0079616C" w:rsidP="0079616C">
      <w:pPr>
        <w:spacing w:after="0" w:line="269" w:lineRule="auto"/>
        <w:rPr>
          <w:sz w:val="24"/>
          <w:szCs w:val="24"/>
        </w:rPr>
      </w:pPr>
    </w:p>
    <w:p w14:paraId="3D61FF34" w14:textId="6AA1B3CA" w:rsidR="00A214DE" w:rsidRDefault="007721AC" w:rsidP="0079616C">
      <w:pPr>
        <w:spacing w:after="0" w:line="269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(COMPILARE SOLO LA RIGA DI APPARTENENZA)</w:t>
      </w:r>
    </w:p>
    <w:p w14:paraId="08E790C0" w14:textId="77777777" w:rsidR="0079616C" w:rsidRPr="007721AC" w:rsidRDefault="0079616C" w:rsidP="007721AC">
      <w:pPr>
        <w:spacing w:after="0" w:line="269" w:lineRule="auto"/>
        <w:ind w:left="9" w:hanging="10"/>
      </w:pPr>
    </w:p>
    <w:tbl>
      <w:tblPr>
        <w:tblStyle w:val="TableGrid"/>
        <w:tblW w:w="10303" w:type="dxa"/>
        <w:tblInd w:w="-653" w:type="dxa"/>
        <w:tblCellMar>
          <w:left w:w="56" w:type="dxa"/>
          <w:bottom w:w="60" w:type="dxa"/>
          <w:right w:w="2" w:type="dxa"/>
        </w:tblCellMar>
        <w:tblLook w:val="04A0" w:firstRow="1" w:lastRow="0" w:firstColumn="1" w:lastColumn="0" w:noHBand="0" w:noVBand="1"/>
      </w:tblPr>
      <w:tblGrid>
        <w:gridCol w:w="2977"/>
        <w:gridCol w:w="1888"/>
        <w:gridCol w:w="1064"/>
        <w:gridCol w:w="1458"/>
        <w:gridCol w:w="1458"/>
        <w:gridCol w:w="1458"/>
      </w:tblGrid>
      <w:tr w:rsidR="00A214DE" w14:paraId="6A2F8E78" w14:textId="77777777" w:rsidTr="0079616C">
        <w:trPr>
          <w:trHeight w:val="124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6966" w14:textId="77777777" w:rsidR="00A214DE" w:rsidRPr="0079616C" w:rsidRDefault="00A214DE" w:rsidP="00EF2BF8">
            <w:pPr>
              <w:ind w:left="1" w:right="50"/>
              <w:jc w:val="both"/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Tipologia di personale cfr. articolo 3 del bando (Criteri di selezione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408D" w14:textId="77777777" w:rsidR="00A214DE" w:rsidRPr="0079616C" w:rsidRDefault="00A214DE" w:rsidP="00EF2BF8">
            <w:pPr>
              <w:ind w:left="1"/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Barrare la casella per indicare la tipologia di personale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D3A8A" w14:textId="2C65A921" w:rsidR="00A214DE" w:rsidRPr="0079616C" w:rsidRDefault="00A214DE" w:rsidP="0079616C">
            <w:pPr>
              <w:ind w:right="29"/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Anzianità di servizio in anni per personale a T.I.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8764" w14:textId="77777777" w:rsidR="00A214DE" w:rsidRPr="0079616C" w:rsidRDefault="00A214DE" w:rsidP="00EF2BF8">
            <w:pPr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Punteggio PRIMA fascia per personale a T.D.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D734" w14:textId="77777777" w:rsidR="00A214DE" w:rsidRPr="0079616C" w:rsidRDefault="00A214DE" w:rsidP="00EF2BF8">
            <w:pPr>
              <w:spacing w:line="322" w:lineRule="auto"/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Punteggio SECONDA </w:t>
            </w:r>
          </w:p>
          <w:p w14:paraId="29CDB17F" w14:textId="77777777" w:rsidR="00A214DE" w:rsidRPr="0079616C" w:rsidRDefault="00A214DE" w:rsidP="00EF2BF8">
            <w:pPr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fascia per personale a T.D.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132D" w14:textId="77777777" w:rsidR="00A214DE" w:rsidRPr="0079616C" w:rsidRDefault="00A214DE" w:rsidP="00EF2BF8">
            <w:pPr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Punteggio TERZA fascia per personale a T.D</w:t>
            </w:r>
          </w:p>
        </w:tc>
      </w:tr>
      <w:tr w:rsidR="00A214DE" w14:paraId="3AF1605F" w14:textId="77777777" w:rsidTr="0079616C">
        <w:trPr>
          <w:trHeight w:val="57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F23B41" w14:textId="6729CE82" w:rsidR="00A214DE" w:rsidRPr="0079616C" w:rsidRDefault="00A214DE" w:rsidP="0079616C">
            <w:pPr>
              <w:ind w:right="10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>Collaboratori scolastici a T.I. interni all’Istituzione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20E7" w14:textId="77777777" w:rsidR="00A214DE" w:rsidRDefault="00A214DE" w:rsidP="00EF2BF8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1429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455B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9372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38A8" w14:textId="77777777" w:rsidR="00A214DE" w:rsidRDefault="00A214DE" w:rsidP="00EF2BF8"/>
        </w:tc>
      </w:tr>
      <w:tr w:rsidR="00A214DE" w14:paraId="0EFE9A93" w14:textId="77777777" w:rsidTr="0079616C">
        <w:trPr>
          <w:trHeight w:val="6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992CA4" w14:textId="77777777" w:rsidR="0079616C" w:rsidRPr="0079616C" w:rsidRDefault="0079616C" w:rsidP="0079616C">
            <w:pPr>
              <w:spacing w:after="84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Collaboratori scolastici a </w:t>
            </w:r>
          </w:p>
          <w:p w14:paraId="1143F2C8" w14:textId="7F84BD1D" w:rsidR="00A214DE" w:rsidRPr="0079616C" w:rsidRDefault="0079616C" w:rsidP="0079616C">
            <w:pPr>
              <w:ind w:right="123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Calibri" w:hAnsi="Times New Roman" w:cs="Times New Roman"/>
                <w:sz w:val="22"/>
                <w:szCs w:val="22"/>
              </w:rPr>
              <w:t>T.D.</w:t>
            </w:r>
            <w:r w:rsidRPr="0079616C">
              <w:rPr>
                <w:rFonts w:ascii="Times New Roman" w:eastAsia="Calibri" w:hAnsi="Times New Roman" w:cs="Times New Roman"/>
                <w:sz w:val="22"/>
                <w:szCs w:val="22"/>
              </w:rPr>
              <w:tab/>
              <w:t xml:space="preserve"> interni all’Istituzione scolastica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9202" w14:textId="77777777" w:rsidR="00A214DE" w:rsidRDefault="00A214DE" w:rsidP="00EF2BF8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4F24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C7A8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5EFC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B334" w14:textId="77777777" w:rsidR="00A214DE" w:rsidRDefault="00A214DE" w:rsidP="00EF2BF8"/>
        </w:tc>
      </w:tr>
      <w:tr w:rsidR="00A214DE" w14:paraId="005BFCDC" w14:textId="77777777" w:rsidTr="0079616C">
        <w:trPr>
          <w:trHeight w:val="77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8966C" w14:textId="77777777" w:rsidR="0079616C" w:rsidRPr="0079616C" w:rsidRDefault="0079616C" w:rsidP="0079616C">
            <w:pPr>
              <w:ind w:left="360" w:right="52" w:hanging="3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>Collaboratori scolastici a T.D</w:t>
            </w:r>
          </w:p>
          <w:p w14:paraId="500F9263" w14:textId="77777777" w:rsidR="0079616C" w:rsidRPr="0079616C" w:rsidRDefault="0079616C" w:rsidP="0079616C">
            <w:pPr>
              <w:ind w:left="360" w:right="52" w:hanging="3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>non in servizio, ma inseriti</w:t>
            </w:r>
          </w:p>
          <w:p w14:paraId="006FC20D" w14:textId="77777777" w:rsidR="0079616C" w:rsidRPr="0079616C" w:rsidRDefault="0079616C" w:rsidP="0079616C">
            <w:pPr>
              <w:ind w:left="360" w:right="52" w:hanging="3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nella graduatoria di questo </w:t>
            </w:r>
          </w:p>
          <w:p w14:paraId="732DEFD1" w14:textId="5A741748" w:rsidR="00A214DE" w:rsidRPr="0079616C" w:rsidRDefault="0079616C" w:rsidP="0079616C">
            <w:pPr>
              <w:tabs>
                <w:tab w:val="center" w:pos="638"/>
                <w:tab w:val="center" w:pos="1267"/>
                <w:tab w:val="center" w:pos="2066"/>
              </w:tabs>
              <w:spacing w:after="70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>Istituto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17DE" w14:textId="77777777" w:rsidR="00A214DE" w:rsidRDefault="00A214DE" w:rsidP="00EF2BF8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6BB4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99E1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1D23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9DBB" w14:textId="77777777" w:rsidR="00A214DE" w:rsidRDefault="00A214DE" w:rsidP="00EF2BF8"/>
        </w:tc>
      </w:tr>
      <w:tr w:rsidR="00A214DE" w14:paraId="6907F8CD" w14:textId="77777777" w:rsidTr="0079616C">
        <w:trPr>
          <w:trHeight w:val="93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022F1" w14:textId="77777777" w:rsidR="00A214DE" w:rsidRPr="0079616C" w:rsidRDefault="00A214DE" w:rsidP="0079616C">
            <w:pPr>
              <w:spacing w:after="70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Collaboratori scolastici a </w:t>
            </w:r>
          </w:p>
          <w:p w14:paraId="74495908" w14:textId="77777777" w:rsidR="00A214DE" w:rsidRPr="0079616C" w:rsidRDefault="00A214DE" w:rsidP="0079616C">
            <w:pPr>
              <w:ind w:right="5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T.I. in servizio in altra Istituzione scolastica statale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7C32" w14:textId="77777777" w:rsidR="00A214DE" w:rsidRDefault="00A214DE" w:rsidP="00EF2BF8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6068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523F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F3E8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EDE3" w14:textId="77777777" w:rsidR="00A214DE" w:rsidRDefault="00A214DE" w:rsidP="00EF2BF8"/>
        </w:tc>
      </w:tr>
      <w:tr w:rsidR="00A214DE" w14:paraId="3EC69D1B" w14:textId="77777777" w:rsidTr="0079616C">
        <w:trPr>
          <w:trHeight w:val="106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5C94EE" w14:textId="724B44C6" w:rsidR="00A214DE" w:rsidRPr="0079616C" w:rsidRDefault="00A214DE" w:rsidP="0079616C">
            <w:pPr>
              <w:spacing w:after="110"/>
              <w:ind w:right="54"/>
              <w:rPr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>Collaboratori scolastici a T.D. in servizio in altra Istituzione scolastica statale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4441" w14:textId="77777777" w:rsidR="00A214DE" w:rsidRDefault="00A214DE" w:rsidP="00EF2BF8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4AA0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D43C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E23B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C294" w14:textId="77777777" w:rsidR="00A214DE" w:rsidRDefault="00A214DE" w:rsidP="00EF2BF8"/>
        </w:tc>
      </w:tr>
    </w:tbl>
    <w:p w14:paraId="029E9A5F" w14:textId="77777777" w:rsidR="0079616C" w:rsidRDefault="0079616C" w:rsidP="0079616C">
      <w:pPr>
        <w:spacing w:after="0" w:line="360" w:lineRule="auto"/>
        <w:jc w:val="both"/>
      </w:pPr>
    </w:p>
    <w:p w14:paraId="6D2B9E1D" w14:textId="36A8BE70" w:rsidR="00A214DE" w:rsidRPr="0079616C" w:rsidRDefault="0079616C" w:rsidP="0079616C">
      <w:pPr>
        <w:spacing w:after="0" w:line="360" w:lineRule="auto"/>
        <w:jc w:val="both"/>
        <w:rPr>
          <w:sz w:val="24"/>
          <w:szCs w:val="24"/>
        </w:rPr>
      </w:pPr>
      <w:r w:rsidRPr="0079616C">
        <w:rPr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0395353" w14:textId="77777777" w:rsidR="00A214DE" w:rsidRDefault="00A214DE" w:rsidP="00395EA5">
      <w:pPr>
        <w:keepNext/>
        <w:spacing w:before="280" w:after="120"/>
        <w:jc w:val="center"/>
        <w:rPr>
          <w:b/>
          <w:color w:val="003366"/>
          <w:sz w:val="26"/>
        </w:rPr>
      </w:pPr>
    </w:p>
    <w:p w14:paraId="1B6E3C7E" w14:textId="3C365A8B" w:rsidR="00372719" w:rsidRDefault="00000000" w:rsidP="00395EA5">
      <w:pPr>
        <w:keepNext/>
        <w:spacing w:before="280" w:after="120"/>
        <w:jc w:val="center"/>
      </w:pPr>
      <w:r>
        <w:rPr>
          <w:b/>
          <w:color w:val="003366"/>
          <w:sz w:val="26"/>
        </w:rPr>
        <w:t>CHIEDE</w:t>
      </w:r>
    </w:p>
    <w:p w14:paraId="6F137DF2" w14:textId="77777777" w:rsidR="00372719" w:rsidRPr="0079616C" w:rsidRDefault="00000000" w:rsidP="0079616C">
      <w:pPr>
        <w:jc w:val="both"/>
        <w:rPr>
          <w:sz w:val="24"/>
          <w:szCs w:val="24"/>
        </w:rPr>
      </w:pPr>
      <w:r w:rsidRPr="0079616C">
        <w:rPr>
          <w:sz w:val="24"/>
          <w:szCs w:val="24"/>
        </w:rPr>
        <w:t>Di essere ammesso/a alla procedura di selezione per il reclutamento di Personale ATA (Collaboratori Scolastici) nell'ambito del Progetto Agenda Sud (Codice ESO4.6.A1.B-FSEPN-SI-2026-534) e dichiara la propria disponibilità per la seguente fascia oraria: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39"/>
        <w:gridCol w:w="2606"/>
      </w:tblGrid>
      <w:tr w:rsidR="00372719" w14:paraId="3C76FF62" w14:textId="77777777" w:rsidTr="00FE33DD">
        <w:trPr>
          <w:trHeight w:val="280"/>
          <w:jc w:val="center"/>
        </w:trPr>
        <w:tc>
          <w:tcPr>
            <w:tcW w:w="6939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D39464" w14:textId="77777777" w:rsidR="0037271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Giorni e Fascia Oraria Richiesta</w:t>
            </w:r>
          </w:p>
        </w:tc>
        <w:tc>
          <w:tcPr>
            <w:tcW w:w="2606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F09453" w14:textId="77777777" w:rsidR="0037271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Barrare per Disponibilità</w:t>
            </w:r>
          </w:p>
        </w:tc>
      </w:tr>
      <w:tr w:rsidR="00372719" w14:paraId="74A7DA05" w14:textId="77777777" w:rsidTr="00FE33DD">
        <w:trPr>
          <w:trHeight w:val="1185"/>
          <w:jc w:val="center"/>
        </w:trPr>
        <w:tc>
          <w:tcPr>
            <w:tcW w:w="69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869D3" w14:textId="6D22308E" w:rsidR="004F07F2" w:rsidRPr="004F07F2" w:rsidRDefault="004F07F2">
            <w:pPr>
              <w:rPr>
                <w:sz w:val="20"/>
                <w:szCs w:val="20"/>
              </w:rPr>
            </w:pPr>
            <w:r w:rsidRPr="004F07F2">
              <w:rPr>
                <w:sz w:val="20"/>
                <w:szCs w:val="20"/>
              </w:rPr>
              <w:t>Dal LUNEDÌ al VENERDÌ nella fascia oraria dalle 14:00 alle 17:</w:t>
            </w:r>
            <w:r w:rsidR="00FE33DD">
              <w:rPr>
                <w:sz w:val="20"/>
                <w:szCs w:val="20"/>
              </w:rPr>
              <w:t>3</w:t>
            </w:r>
            <w:r w:rsidRPr="004F07F2">
              <w:rPr>
                <w:sz w:val="20"/>
                <w:szCs w:val="20"/>
              </w:rPr>
              <w:t>0</w:t>
            </w:r>
          </w:p>
          <w:p w14:paraId="3C30142A" w14:textId="0978C26C" w:rsidR="00372719" w:rsidRPr="004F07F2" w:rsidRDefault="004F07F2">
            <w:pPr>
              <w:rPr>
                <w:sz w:val="20"/>
                <w:szCs w:val="20"/>
              </w:rPr>
            </w:pPr>
            <w:r w:rsidRPr="004F07F2">
              <w:rPr>
                <w:sz w:val="20"/>
                <w:szCs w:val="20"/>
              </w:rPr>
              <w:t>SABATO nella fascia oraria dalle 08:30 alle 13:00</w:t>
            </w:r>
          </w:p>
        </w:tc>
        <w:tc>
          <w:tcPr>
            <w:tcW w:w="260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9EB733" w14:textId="77777777" w:rsidR="00372719" w:rsidRPr="004F07F2" w:rsidRDefault="00000000">
            <w:pPr>
              <w:rPr>
                <w:sz w:val="20"/>
                <w:szCs w:val="20"/>
              </w:rPr>
            </w:pPr>
            <w:r>
              <w:t xml:space="preserve">[   ] </w:t>
            </w:r>
            <w:r w:rsidRPr="004F07F2">
              <w:rPr>
                <w:sz w:val="20"/>
                <w:szCs w:val="20"/>
              </w:rPr>
              <w:t>DICHIARO LA DISPONIBILITÀ</w:t>
            </w:r>
          </w:p>
          <w:p w14:paraId="52242D6B" w14:textId="77777777" w:rsidR="00395EA5" w:rsidRDefault="004F07F2" w:rsidP="004F07F2">
            <w:pPr>
              <w:rPr>
                <w:sz w:val="20"/>
                <w:szCs w:val="20"/>
              </w:rPr>
            </w:pPr>
            <w:r w:rsidRPr="004F07F2">
              <w:rPr>
                <w:sz w:val="20"/>
                <w:szCs w:val="20"/>
              </w:rPr>
              <w:t>[   ] DICHIARO LA</w:t>
            </w:r>
            <w:r>
              <w:t xml:space="preserve"> </w:t>
            </w:r>
            <w:r w:rsidRPr="004F07F2">
              <w:rPr>
                <w:sz w:val="20"/>
                <w:szCs w:val="20"/>
              </w:rPr>
              <w:t>DISPONIBILITÀ</w:t>
            </w:r>
          </w:p>
          <w:p w14:paraId="1B8266A0" w14:textId="3E3D3B50" w:rsidR="00F966CE" w:rsidRDefault="00F966CE" w:rsidP="004F07F2"/>
        </w:tc>
      </w:tr>
    </w:tbl>
    <w:p w14:paraId="1038C3B3" w14:textId="77777777" w:rsidR="00FE33DD" w:rsidRDefault="00FE33DD" w:rsidP="00FE33DD">
      <w:pPr>
        <w:spacing w:after="0" w:line="268" w:lineRule="auto"/>
        <w:ind w:left="9" w:right="3" w:hanging="1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essere ammesso/a a partecipare alla procedura in oggetto e fornisce la seguente disponibilità </w:t>
      </w:r>
    </w:p>
    <w:p w14:paraId="2A1BE733" w14:textId="77777777" w:rsidR="003509B8" w:rsidRDefault="003509B8" w:rsidP="00FE33DD">
      <w:pPr>
        <w:spacing w:after="0" w:line="268" w:lineRule="auto"/>
        <w:ind w:left="9" w:right="3" w:hanging="10"/>
        <w:jc w:val="both"/>
      </w:pPr>
    </w:p>
    <w:tbl>
      <w:tblPr>
        <w:tblStyle w:val="TableGrid"/>
        <w:tblW w:w="9704" w:type="dxa"/>
        <w:tblInd w:w="18" w:type="dxa"/>
        <w:tblCellMar>
          <w:top w:w="162" w:type="dxa"/>
          <w:left w:w="56" w:type="dxa"/>
          <w:right w:w="2" w:type="dxa"/>
        </w:tblCellMar>
        <w:tblLook w:val="04A0" w:firstRow="1" w:lastRow="0" w:firstColumn="1" w:lastColumn="0" w:noHBand="0" w:noVBand="1"/>
      </w:tblPr>
      <w:tblGrid>
        <w:gridCol w:w="8384"/>
        <w:gridCol w:w="1320"/>
      </w:tblGrid>
      <w:tr w:rsidR="00FE33DD" w14:paraId="77F99600" w14:textId="77777777" w:rsidTr="00FE33DD">
        <w:trPr>
          <w:trHeight w:val="586"/>
        </w:trPr>
        <w:tc>
          <w:tcPr>
            <w:tcW w:w="8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6CC9" w14:textId="5C2F59CB" w:rsidR="00FE33DD" w:rsidRDefault="00FE33DD" w:rsidP="00EF2BF8">
            <w:r>
              <w:rPr>
                <w:rFonts w:ascii="Calibri" w:eastAsia="Calibri" w:hAnsi="Calibri" w:cs="Calibri"/>
                <w:b/>
              </w:rPr>
              <w:t>Giorno/i di Disponibilità</w:t>
            </w:r>
            <w:r w:rsidR="00CC764F">
              <w:rPr>
                <w:rFonts w:ascii="Calibri" w:eastAsia="Calibri" w:hAnsi="Calibri" w:cs="Calibri"/>
                <w:b/>
              </w:rPr>
              <w:t xml:space="preserve"> dal 26 ottobre 2026 al 31 maggio 2027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25526" w14:textId="77777777" w:rsidR="00FE33DD" w:rsidRDefault="00FE33DD" w:rsidP="00EF2BF8">
            <w:pPr>
              <w:ind w:left="1"/>
            </w:pPr>
            <w:r>
              <w:rPr>
                <w:rFonts w:ascii="Calibri" w:eastAsia="Calibri" w:hAnsi="Calibri" w:cs="Calibri"/>
                <w:b/>
              </w:rPr>
              <w:t>Barrare la/le casella/e</w:t>
            </w:r>
          </w:p>
        </w:tc>
      </w:tr>
      <w:tr w:rsidR="00FE33DD" w14:paraId="5DC27C82" w14:textId="77777777" w:rsidTr="003509B8">
        <w:trPr>
          <w:trHeight w:val="403"/>
        </w:trPr>
        <w:tc>
          <w:tcPr>
            <w:tcW w:w="8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C804D" w14:textId="3C4471C9" w:rsidR="00FE33DD" w:rsidRPr="003509B8" w:rsidRDefault="00FE33DD" w:rsidP="00EF2BF8">
            <w:pPr>
              <w:ind w:left="15"/>
              <w:rPr>
                <w:sz w:val="22"/>
                <w:szCs w:val="22"/>
              </w:rPr>
            </w:pPr>
            <w:r w:rsidRPr="003509B8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Tutti i Martedì dalle 14:00 alle 17:30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DF04" w14:textId="77777777" w:rsidR="00FE33DD" w:rsidRDefault="00FE33DD" w:rsidP="00EF2BF8"/>
        </w:tc>
      </w:tr>
      <w:tr w:rsidR="00FE33DD" w14:paraId="2CF323E5" w14:textId="77777777" w:rsidTr="003509B8">
        <w:trPr>
          <w:trHeight w:val="255"/>
        </w:trPr>
        <w:tc>
          <w:tcPr>
            <w:tcW w:w="8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F8230" w14:textId="28CE0051" w:rsidR="00FE33DD" w:rsidRPr="003509B8" w:rsidRDefault="00FE33DD" w:rsidP="00EF2BF8">
            <w:pPr>
              <w:ind w:left="15"/>
              <w:rPr>
                <w:sz w:val="22"/>
                <w:szCs w:val="22"/>
              </w:rPr>
            </w:pPr>
            <w:r w:rsidRPr="003509B8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Tutti i Mercoledì dalle 14:00 alle 17:30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21AF" w14:textId="77777777" w:rsidR="00FE33DD" w:rsidRDefault="00FE33DD" w:rsidP="00EF2BF8"/>
        </w:tc>
      </w:tr>
      <w:tr w:rsidR="00FE33DD" w14:paraId="444169B2" w14:textId="77777777" w:rsidTr="003509B8">
        <w:trPr>
          <w:trHeight w:val="254"/>
        </w:trPr>
        <w:tc>
          <w:tcPr>
            <w:tcW w:w="8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B6DF9" w14:textId="01EEE42B" w:rsidR="00FE33DD" w:rsidRPr="003509B8" w:rsidRDefault="00FE33DD" w:rsidP="00EF2BF8">
            <w:pPr>
              <w:ind w:left="15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509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Tutti i Venerdì dalle 14:00 alle 17:30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D762" w14:textId="77777777" w:rsidR="00FE33DD" w:rsidRDefault="00FE33DD" w:rsidP="00EF2BF8"/>
        </w:tc>
      </w:tr>
      <w:tr w:rsidR="00FE33DD" w14:paraId="55712DA9" w14:textId="77777777" w:rsidTr="003509B8">
        <w:trPr>
          <w:trHeight w:val="91"/>
        </w:trPr>
        <w:tc>
          <w:tcPr>
            <w:tcW w:w="8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66762" w14:textId="6AED61BD" w:rsidR="00FE33DD" w:rsidRPr="003509B8" w:rsidRDefault="00FE33DD" w:rsidP="00EF2BF8">
            <w:pPr>
              <w:ind w:left="15"/>
              <w:rPr>
                <w:sz w:val="22"/>
                <w:szCs w:val="22"/>
              </w:rPr>
            </w:pPr>
            <w:r w:rsidRPr="003509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Tutti i Sabati dalle 08:30 alle 1</w:t>
            </w:r>
            <w:r w:rsidR="00CC764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3:00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CA2F" w14:textId="77777777" w:rsidR="00FE33DD" w:rsidRDefault="00FE33DD" w:rsidP="00EF2BF8"/>
        </w:tc>
      </w:tr>
    </w:tbl>
    <w:p w14:paraId="63240471" w14:textId="77777777" w:rsidR="003509B8" w:rsidRDefault="003509B8" w:rsidP="00FE33DD">
      <w:pPr>
        <w:spacing w:after="144" w:line="268" w:lineRule="auto"/>
        <w:ind w:left="9" w:right="3" w:hanging="10"/>
        <w:jc w:val="both"/>
        <w:rPr>
          <w:rFonts w:ascii="Calibri" w:eastAsia="Calibri" w:hAnsi="Calibri" w:cs="Calibri"/>
        </w:rPr>
      </w:pPr>
    </w:p>
    <w:p w14:paraId="71F19C42" w14:textId="70A41E1C" w:rsidR="00FE33DD" w:rsidRPr="003509B8" w:rsidRDefault="00FE33DD" w:rsidP="00FE33DD">
      <w:pPr>
        <w:spacing w:after="144" w:line="268" w:lineRule="auto"/>
        <w:ind w:left="9" w:right="3" w:hanging="10"/>
        <w:jc w:val="both"/>
        <w:rPr>
          <w:sz w:val="24"/>
          <w:szCs w:val="24"/>
        </w:rPr>
      </w:pPr>
      <w:r w:rsidRPr="003509B8">
        <w:rPr>
          <w:rFonts w:ascii="Calibri" w:eastAsia="Calibri" w:hAnsi="Calibri" w:cs="Calibri"/>
          <w:sz w:val="24"/>
          <w:szCs w:val="24"/>
        </w:rPr>
        <w:t xml:space="preserve">A tal fine, </w:t>
      </w:r>
      <w:r w:rsidRPr="003509B8">
        <w:rPr>
          <w:rFonts w:ascii="Calibri" w:eastAsia="Calibri" w:hAnsi="Calibri" w:cs="Calibri"/>
          <w:b/>
          <w:sz w:val="24"/>
          <w:szCs w:val="24"/>
          <w:u w:val="single" w:color="000000"/>
        </w:rPr>
        <w:t>dichiara</w:t>
      </w:r>
      <w:r w:rsidRPr="003509B8">
        <w:rPr>
          <w:rFonts w:ascii="Calibri" w:eastAsia="Calibri" w:hAnsi="Calibri" w:cs="Calibri"/>
          <w:sz w:val="24"/>
          <w:szCs w:val="24"/>
        </w:rPr>
        <w:t>, sotto la propria responsabilità:</w:t>
      </w:r>
    </w:p>
    <w:p w14:paraId="5D049772" w14:textId="77777777" w:rsidR="00FE33DD" w:rsidRDefault="00FE33DD" w:rsidP="00FE33DD">
      <w:pPr>
        <w:numPr>
          <w:ilvl w:val="0"/>
          <w:numId w:val="10"/>
        </w:numPr>
        <w:spacing w:after="144" w:line="268" w:lineRule="auto"/>
        <w:ind w:right="3" w:hanging="426"/>
        <w:jc w:val="both"/>
      </w:pPr>
      <w:r>
        <w:rPr>
          <w:rFonts w:ascii="Calibri" w:eastAsia="Calibri" w:hAnsi="Calibri" w:cs="Calibri"/>
        </w:rPr>
        <w:t>che i recapiti presso i quali si intendono ricevere le comunicazioni sono i seguenti:</w:t>
      </w:r>
    </w:p>
    <w:p w14:paraId="1432D9D7" w14:textId="77777777" w:rsidR="00FE33DD" w:rsidRDefault="00FE33DD" w:rsidP="00FE33DD">
      <w:pPr>
        <w:numPr>
          <w:ilvl w:val="1"/>
          <w:numId w:val="10"/>
        </w:numPr>
        <w:spacing w:after="186" w:line="268" w:lineRule="auto"/>
        <w:ind w:right="3" w:hanging="283"/>
        <w:jc w:val="both"/>
      </w:pPr>
      <w:r>
        <w:rPr>
          <w:rFonts w:ascii="Calibri" w:eastAsia="Calibri" w:hAnsi="Calibri" w:cs="Calibri"/>
        </w:rPr>
        <w:lastRenderedPageBreak/>
        <w:t>residenza: _____________________________________________________________</w:t>
      </w:r>
    </w:p>
    <w:p w14:paraId="7DDBD662" w14:textId="77777777" w:rsidR="00FE33DD" w:rsidRDefault="00FE33DD" w:rsidP="00FE33DD">
      <w:pPr>
        <w:numPr>
          <w:ilvl w:val="1"/>
          <w:numId w:val="10"/>
        </w:numPr>
        <w:spacing w:after="186" w:line="268" w:lineRule="auto"/>
        <w:ind w:right="3" w:hanging="283"/>
        <w:jc w:val="both"/>
      </w:pPr>
      <w:r>
        <w:rPr>
          <w:rFonts w:ascii="Calibri" w:eastAsia="Calibri" w:hAnsi="Calibri" w:cs="Calibri"/>
        </w:rPr>
        <w:t>indirizzo posta elettronica ordinaria: ________________________________________</w:t>
      </w:r>
    </w:p>
    <w:p w14:paraId="75BC602A" w14:textId="77777777" w:rsidR="00FE33DD" w:rsidRDefault="00FE33DD" w:rsidP="00FE33DD">
      <w:pPr>
        <w:numPr>
          <w:ilvl w:val="1"/>
          <w:numId w:val="10"/>
        </w:numPr>
        <w:spacing w:after="186" w:line="268" w:lineRule="auto"/>
        <w:ind w:right="3" w:hanging="283"/>
        <w:jc w:val="both"/>
      </w:pPr>
      <w:r>
        <w:rPr>
          <w:rFonts w:ascii="Calibri" w:eastAsia="Calibri" w:hAnsi="Calibri" w:cs="Calibri"/>
        </w:rPr>
        <w:t>indirizzo posta elettronica certificata (PEC): __________________________________</w:t>
      </w:r>
    </w:p>
    <w:p w14:paraId="56C2211E" w14:textId="77777777" w:rsidR="00FE33DD" w:rsidRDefault="00FE33DD" w:rsidP="00FE33DD">
      <w:pPr>
        <w:numPr>
          <w:ilvl w:val="1"/>
          <w:numId w:val="10"/>
        </w:numPr>
        <w:spacing w:after="144" w:line="268" w:lineRule="auto"/>
        <w:ind w:right="3" w:hanging="283"/>
        <w:jc w:val="both"/>
      </w:pPr>
      <w:r>
        <w:rPr>
          <w:rFonts w:ascii="Calibri" w:eastAsia="Calibri" w:hAnsi="Calibri" w:cs="Calibri"/>
        </w:rPr>
        <w:t>numero di telefono: _____________________________________________________,</w:t>
      </w:r>
    </w:p>
    <w:p w14:paraId="707D7175" w14:textId="77777777" w:rsidR="00FE33DD" w:rsidRDefault="00FE33DD" w:rsidP="00FE33DD">
      <w:pPr>
        <w:spacing w:after="144" w:line="268" w:lineRule="auto"/>
        <w:ind w:left="450" w:right="3" w:hanging="10"/>
        <w:jc w:val="both"/>
      </w:pPr>
      <w:r>
        <w:rPr>
          <w:rFonts w:ascii="Calibri" w:eastAsia="Calibri" w:hAnsi="Calibri" w:cs="Calibri"/>
        </w:rPr>
        <w:t>autorizzando espressamente l’Istituzione scolastica all’utilizzo dei suddetti mezzi per effettuare le comunicazioni;</w:t>
      </w:r>
    </w:p>
    <w:p w14:paraId="1776957C" w14:textId="77777777" w:rsidR="00FE33DD" w:rsidRDefault="00FE33DD" w:rsidP="00FE33DD">
      <w:pPr>
        <w:numPr>
          <w:ilvl w:val="0"/>
          <w:numId w:val="10"/>
        </w:numPr>
        <w:spacing w:after="144" w:line="268" w:lineRule="auto"/>
        <w:ind w:right="3" w:hanging="426"/>
        <w:jc w:val="both"/>
      </w:pPr>
      <w:r>
        <w:rPr>
          <w:rFonts w:ascii="Calibri" w:eastAsia="Calibri" w:hAnsi="Calibri" w:cs="Calibr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B5172D0" w14:textId="77777777" w:rsidR="00FE33DD" w:rsidRDefault="00FE33DD" w:rsidP="00FE33DD">
      <w:pPr>
        <w:numPr>
          <w:ilvl w:val="0"/>
          <w:numId w:val="10"/>
        </w:numPr>
        <w:spacing w:after="144" w:line="268" w:lineRule="auto"/>
        <w:ind w:right="3" w:hanging="426"/>
        <w:jc w:val="both"/>
      </w:pPr>
      <w:r>
        <w:rPr>
          <w:rFonts w:ascii="Calibri" w:eastAsia="Calibri" w:hAnsi="Calibri" w:cs="Calibri"/>
        </w:rPr>
        <w:t>di aver preso visione del Decreto e dell’Avviso e di accettare tutte le condizioni ivi contenute;</w:t>
      </w:r>
    </w:p>
    <w:p w14:paraId="3EAE7B51" w14:textId="77777777" w:rsidR="00FE33DD" w:rsidRDefault="00FE33DD" w:rsidP="00FE33DD">
      <w:pPr>
        <w:numPr>
          <w:ilvl w:val="0"/>
          <w:numId w:val="10"/>
        </w:numPr>
        <w:spacing w:after="144" w:line="268" w:lineRule="auto"/>
        <w:ind w:right="3" w:hanging="426"/>
        <w:jc w:val="both"/>
      </w:pPr>
      <w:r>
        <w:rPr>
          <w:rFonts w:ascii="Calibri" w:eastAsia="Calibri" w:hAnsi="Calibri" w:cs="Calibri"/>
        </w:rPr>
        <w:t>di aver preso visione dell’informativa di cui all’art. 10 dell’Avviso;</w:t>
      </w:r>
    </w:p>
    <w:p w14:paraId="46BD9F87" w14:textId="77777777" w:rsidR="00FE33DD" w:rsidRDefault="00FE33DD" w:rsidP="00FE33DD">
      <w:pPr>
        <w:numPr>
          <w:ilvl w:val="0"/>
          <w:numId w:val="10"/>
        </w:numPr>
        <w:spacing w:after="382" w:line="268" w:lineRule="auto"/>
        <w:ind w:right="3" w:hanging="426"/>
        <w:jc w:val="both"/>
      </w:pPr>
      <w:r>
        <w:rPr>
          <w:rFonts w:ascii="Calibri" w:eastAsia="Calibri" w:hAnsi="Calibri" w:cs="Calibr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663E01C" w14:textId="4E194AEC" w:rsidR="00372719" w:rsidRDefault="00000000">
      <w:pPr>
        <w:keepNext/>
        <w:spacing w:before="280" w:after="120"/>
      </w:pPr>
      <w:r>
        <w:rPr>
          <w:b/>
          <w:color w:val="003366"/>
          <w:sz w:val="26"/>
        </w:rPr>
        <w:t>DICHIARAZIONI AI SENSI DEL D.P.R. 445/2000</w:t>
      </w:r>
    </w:p>
    <w:p w14:paraId="11876FAA" w14:textId="77777777" w:rsidR="003509B8" w:rsidRDefault="00000000">
      <w:pPr>
        <w:rPr>
          <w:sz w:val="24"/>
          <w:szCs w:val="24"/>
        </w:rPr>
      </w:pPr>
      <w:r w:rsidRPr="00FE33DD">
        <w:rPr>
          <w:sz w:val="24"/>
          <w:szCs w:val="24"/>
        </w:rPr>
        <w:t>A tal fine, consapevole delle sanzioni penali previste dall'art. 76 del D.P.R. 445/2000 per le dichiarazioni mendaci, DICHIARA sotto la propria responsabilità:</w:t>
      </w:r>
      <w:r w:rsidRPr="00FE33DD">
        <w:rPr>
          <w:sz w:val="24"/>
          <w:szCs w:val="24"/>
        </w:rPr>
        <w:br/>
        <w:t>1. Di essere cittadino/a italiano/a o di uno Stato membro dell'Unione Europea;</w:t>
      </w:r>
      <w:r w:rsidRPr="00FE33DD">
        <w:rPr>
          <w:sz w:val="24"/>
          <w:szCs w:val="24"/>
        </w:rPr>
        <w:br/>
        <w:t>2. Di godere dei diritti civili e politici;</w:t>
      </w:r>
      <w:r w:rsidRPr="00FE33DD">
        <w:rPr>
          <w:sz w:val="24"/>
          <w:szCs w:val="24"/>
        </w:rPr>
        <w:br/>
        <w:t>3. Di essere fisicamente idoneo/a allo svolgimento delle mansioni richieste;</w:t>
      </w:r>
      <w:r w:rsidRPr="00FE33DD">
        <w:rPr>
          <w:sz w:val="24"/>
          <w:szCs w:val="24"/>
        </w:rPr>
        <w:br/>
        <w:t>4. Di non aver riportato condanne penali e di non avere procedimenti penali in corso;</w:t>
      </w:r>
      <w:r w:rsidRPr="00FE33DD">
        <w:rPr>
          <w:sz w:val="24"/>
          <w:szCs w:val="24"/>
        </w:rPr>
        <w:br/>
        <w:t>5. Di non trovarsi in situazioni di incompatibilità o conflitto di interessi con l'Istituzione scolastica;</w:t>
      </w:r>
      <w:r w:rsidRPr="00FE33DD">
        <w:rPr>
          <w:sz w:val="24"/>
          <w:szCs w:val="24"/>
        </w:rPr>
        <w:br/>
      </w:r>
    </w:p>
    <w:p w14:paraId="35136226" w14:textId="77777777" w:rsidR="003509B8" w:rsidRDefault="003509B8">
      <w:pPr>
        <w:rPr>
          <w:sz w:val="24"/>
          <w:szCs w:val="24"/>
        </w:rPr>
      </w:pPr>
    </w:p>
    <w:p w14:paraId="20997A66" w14:textId="13D387F4" w:rsidR="00372719" w:rsidRPr="00FE33DD" w:rsidRDefault="00000000">
      <w:pPr>
        <w:rPr>
          <w:sz w:val="24"/>
          <w:szCs w:val="24"/>
        </w:rPr>
      </w:pPr>
      <w:r w:rsidRPr="00FE33DD">
        <w:rPr>
          <w:sz w:val="24"/>
          <w:szCs w:val="24"/>
        </w:rPr>
        <w:lastRenderedPageBreak/>
        <w:t>6. Di prestare il proprio consenso al trattamento dei dati personali ai sensi del Regolamento UE 2016/679 (GDPR).</w:t>
      </w:r>
    </w:p>
    <w:p w14:paraId="4AA5E1A8" w14:textId="77777777" w:rsidR="003509B8" w:rsidRDefault="00000000">
      <w:pPr>
        <w:spacing w:before="400"/>
        <w:rPr>
          <w:sz w:val="24"/>
          <w:szCs w:val="24"/>
        </w:rPr>
      </w:pPr>
      <w:r w:rsidRPr="00F966CE">
        <w:rPr>
          <w:sz w:val="24"/>
          <w:szCs w:val="24"/>
        </w:rPr>
        <w:t>Luogo e Data: __________________________, ____/____/________</w:t>
      </w:r>
      <w:r w:rsidRPr="00F966CE">
        <w:rPr>
          <w:sz w:val="24"/>
          <w:szCs w:val="24"/>
        </w:rPr>
        <w:br/>
      </w:r>
      <w:r w:rsidRPr="00F966CE">
        <w:rPr>
          <w:sz w:val="24"/>
          <w:szCs w:val="24"/>
        </w:rPr>
        <w:br/>
      </w:r>
    </w:p>
    <w:p w14:paraId="3AF967EF" w14:textId="43A922B9" w:rsidR="00372719" w:rsidRPr="00F966CE" w:rsidRDefault="00000000">
      <w:pPr>
        <w:spacing w:before="400"/>
        <w:rPr>
          <w:sz w:val="24"/>
          <w:szCs w:val="24"/>
        </w:rPr>
      </w:pPr>
      <w:r w:rsidRPr="00F966CE">
        <w:rPr>
          <w:sz w:val="24"/>
          <w:szCs w:val="24"/>
        </w:rPr>
        <w:t>Firma del Candidato/a: __________________________________________</w:t>
      </w:r>
    </w:p>
    <w:sectPr w:rsidR="00372719" w:rsidRPr="00F966C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62B69" w14:textId="77777777" w:rsidR="00DB6F53" w:rsidRDefault="00DB6F53">
      <w:pPr>
        <w:spacing w:after="0" w:line="240" w:lineRule="auto"/>
      </w:pPr>
      <w:r>
        <w:separator/>
      </w:r>
    </w:p>
  </w:endnote>
  <w:endnote w:type="continuationSeparator" w:id="0">
    <w:p w14:paraId="67282530" w14:textId="77777777" w:rsidR="00DB6F53" w:rsidRDefault="00DB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014230"/>
      <w:docPartObj>
        <w:docPartGallery w:val="Page Numbers (Bottom of Page)"/>
        <w:docPartUnique/>
      </w:docPartObj>
    </w:sdtPr>
    <w:sdtContent>
      <w:p w14:paraId="3D7EB078" w14:textId="0D91FBF3" w:rsidR="003509B8" w:rsidRDefault="003509B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21BE9F39" w14:textId="110665DE" w:rsidR="00372719" w:rsidRDefault="00372719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453C2" w14:textId="77777777" w:rsidR="00DB6F53" w:rsidRDefault="00DB6F53">
      <w:pPr>
        <w:spacing w:after="0" w:line="240" w:lineRule="auto"/>
      </w:pPr>
      <w:r>
        <w:separator/>
      </w:r>
    </w:p>
  </w:footnote>
  <w:footnote w:type="continuationSeparator" w:id="0">
    <w:p w14:paraId="0A430050" w14:textId="77777777" w:rsidR="00DB6F53" w:rsidRDefault="00DB6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33600" w14:textId="77777777" w:rsidR="00372719" w:rsidRDefault="00000000">
    <w:pPr>
      <w:pStyle w:val="Intestazione"/>
      <w:jc w:val="right"/>
      <w:rPr>
        <w:color w:val="787878"/>
        <w:sz w:val="17"/>
      </w:rPr>
    </w:pPr>
    <w:r>
      <w:rPr>
        <w:color w:val="787878"/>
        <w:sz w:val="17"/>
      </w:rPr>
      <w:t>Modello Domanda Partecipazione ATA - Agenda Sud</w:t>
    </w:r>
  </w:p>
  <w:p w14:paraId="12CB7BFA" w14:textId="77777777" w:rsidR="00395EA5" w:rsidRDefault="00395EA5">
    <w:pPr>
      <w:pStyle w:val="Intestazione"/>
      <w:jc w:val="right"/>
      <w:rPr>
        <w:color w:val="787878"/>
        <w:sz w:val="17"/>
      </w:rPr>
    </w:pPr>
  </w:p>
  <w:p w14:paraId="32A6A1AD" w14:textId="2109100A" w:rsidR="00395EA5" w:rsidRDefault="00395EA5" w:rsidP="00395EA5">
    <w:pPr>
      <w:pStyle w:val="Intestazione"/>
      <w:jc w:val="center"/>
    </w:pPr>
    <w:r>
      <w:rPr>
        <w:noProof/>
      </w:rPr>
      <w:drawing>
        <wp:inline distT="0" distB="0" distL="0" distR="0" wp14:anchorId="1E0E39C1" wp14:editId="7223B0D2">
          <wp:extent cx="6003471" cy="1572649"/>
          <wp:effectExtent l="0" t="0" r="0" b="8890"/>
          <wp:docPr id="115317973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7050" cy="1581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022C805" w14:textId="1B95EE7B" w:rsidR="00395EA5" w:rsidRDefault="00395EA5" w:rsidP="00395EA5">
    <w:pPr>
      <w:pStyle w:val="Intestazione"/>
      <w:jc w:val="center"/>
    </w:pPr>
    <w:r>
      <w:rPr>
        <w:noProof/>
      </w:rPr>
      <w:drawing>
        <wp:inline distT="0" distB="0" distL="0" distR="0" wp14:anchorId="50A797CA" wp14:editId="250067AC">
          <wp:extent cx="6120765" cy="591185"/>
          <wp:effectExtent l="0" t="0" r="0" b="0"/>
          <wp:docPr id="164841288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D932CC"/>
    <w:multiLevelType w:val="hybridMultilevel"/>
    <w:tmpl w:val="FDB259F0"/>
    <w:lvl w:ilvl="0" w:tplc="BFD29326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CEC060">
      <w:start w:val="1"/>
      <w:numFmt w:val="bullet"/>
      <w:lvlText w:val=""/>
      <w:lvlJc w:val="left"/>
      <w:pPr>
        <w:ind w:left="7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9E1E92">
      <w:start w:val="1"/>
      <w:numFmt w:val="bullet"/>
      <w:lvlText w:val="▪"/>
      <w:lvlJc w:val="left"/>
      <w:pPr>
        <w:ind w:left="1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F68584">
      <w:start w:val="1"/>
      <w:numFmt w:val="bullet"/>
      <w:lvlText w:val="•"/>
      <w:lvlJc w:val="left"/>
      <w:pPr>
        <w:ind w:left="2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CAB6A6">
      <w:start w:val="1"/>
      <w:numFmt w:val="bullet"/>
      <w:lvlText w:val="o"/>
      <w:lvlJc w:val="left"/>
      <w:pPr>
        <w:ind w:left="29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E6FDF4">
      <w:start w:val="1"/>
      <w:numFmt w:val="bullet"/>
      <w:lvlText w:val="▪"/>
      <w:lvlJc w:val="left"/>
      <w:pPr>
        <w:ind w:left="36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EAE316">
      <w:start w:val="1"/>
      <w:numFmt w:val="bullet"/>
      <w:lvlText w:val="•"/>
      <w:lvlJc w:val="left"/>
      <w:pPr>
        <w:ind w:left="43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50DE82">
      <w:start w:val="1"/>
      <w:numFmt w:val="bullet"/>
      <w:lvlText w:val="o"/>
      <w:lvlJc w:val="left"/>
      <w:pPr>
        <w:ind w:left="51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A0C84">
      <w:start w:val="1"/>
      <w:numFmt w:val="bullet"/>
      <w:lvlText w:val="▪"/>
      <w:lvlJc w:val="left"/>
      <w:pPr>
        <w:ind w:left="58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8228835">
    <w:abstractNumId w:val="8"/>
  </w:num>
  <w:num w:numId="2" w16cid:durableId="1798449333">
    <w:abstractNumId w:val="6"/>
  </w:num>
  <w:num w:numId="3" w16cid:durableId="1739938748">
    <w:abstractNumId w:val="5"/>
  </w:num>
  <w:num w:numId="4" w16cid:durableId="1605504082">
    <w:abstractNumId w:val="4"/>
  </w:num>
  <w:num w:numId="5" w16cid:durableId="1500079786">
    <w:abstractNumId w:val="7"/>
  </w:num>
  <w:num w:numId="6" w16cid:durableId="1785688335">
    <w:abstractNumId w:val="3"/>
  </w:num>
  <w:num w:numId="7" w16cid:durableId="1023898119">
    <w:abstractNumId w:val="2"/>
  </w:num>
  <w:num w:numId="8" w16cid:durableId="172687569">
    <w:abstractNumId w:val="1"/>
  </w:num>
  <w:num w:numId="9" w16cid:durableId="740562702">
    <w:abstractNumId w:val="0"/>
  </w:num>
  <w:num w:numId="10" w16cid:durableId="16278091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67EB"/>
    <w:rsid w:val="0029639D"/>
    <w:rsid w:val="002B1800"/>
    <w:rsid w:val="00313663"/>
    <w:rsid w:val="00326F90"/>
    <w:rsid w:val="003509B8"/>
    <w:rsid w:val="00372719"/>
    <w:rsid w:val="00395EA5"/>
    <w:rsid w:val="004F07F2"/>
    <w:rsid w:val="00751E87"/>
    <w:rsid w:val="007721AC"/>
    <w:rsid w:val="0079616C"/>
    <w:rsid w:val="0086133B"/>
    <w:rsid w:val="00A214DE"/>
    <w:rsid w:val="00AA1D8D"/>
    <w:rsid w:val="00B47730"/>
    <w:rsid w:val="00CB0664"/>
    <w:rsid w:val="00CC764F"/>
    <w:rsid w:val="00DB6F53"/>
    <w:rsid w:val="00F84A4C"/>
    <w:rsid w:val="00F966CE"/>
    <w:rsid w:val="00FC693F"/>
    <w:rsid w:val="00FE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4B48FE"/>
  <w14:defaultImageDpi w14:val="300"/>
  <w15:docId w15:val="{8F90BD4E-44DD-45E8-BEB1-A5991CF0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">
    <w:name w:val="TableGrid"/>
    <w:rsid w:val="00A214DE"/>
    <w:pPr>
      <w:spacing w:after="0" w:line="240" w:lineRule="auto"/>
    </w:pPr>
    <w:rPr>
      <w:kern w:val="2"/>
      <w:sz w:val="24"/>
      <w:szCs w:val="24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758</Words>
  <Characters>4325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PIER PAOLO MACCARRONE</cp:lastModifiedBy>
  <cp:revision>4</cp:revision>
  <dcterms:created xsi:type="dcterms:W3CDTF">2026-10-08T14:44:00Z</dcterms:created>
  <dcterms:modified xsi:type="dcterms:W3CDTF">2026-10-09T11:14:00Z</dcterms:modified>
  <cp:category/>
</cp:coreProperties>
</file>